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B78" w:rsidRPr="002A45FA" w:rsidRDefault="00AE6B78" w:rsidP="00AE6B78">
      <w:pPr>
        <w:spacing w:after="40" w:line="240" w:lineRule="auto"/>
        <w:jc w:val="center"/>
        <w:rPr>
          <w:rFonts w:cs="Arial"/>
          <w:b/>
          <w:color w:val="000000" w:themeColor="text1"/>
          <w:sz w:val="24"/>
          <w:szCs w:val="24"/>
          <w:lang w:val="sr-Latn-ME"/>
        </w:rPr>
      </w:pPr>
    </w:p>
    <w:p w:rsidR="006C5A87" w:rsidRPr="002A45FA" w:rsidRDefault="00D158AF" w:rsidP="00AE6B78">
      <w:pPr>
        <w:spacing w:after="40" w:line="240" w:lineRule="auto"/>
        <w:jc w:val="center"/>
        <w:rPr>
          <w:rFonts w:cs="Arial"/>
          <w:color w:val="000000" w:themeColor="text1"/>
          <w:sz w:val="24"/>
          <w:szCs w:val="24"/>
          <w:lang w:val="sr-Latn-ME"/>
        </w:rPr>
      </w:pPr>
      <w:r w:rsidRPr="002A45FA">
        <w:rPr>
          <w:rFonts w:cs="Arial"/>
          <w:b/>
          <w:color w:val="000000" w:themeColor="text1"/>
          <w:sz w:val="24"/>
          <w:szCs w:val="24"/>
          <w:lang w:val="sr-Latn-ME"/>
        </w:rPr>
        <w:t>EVIDENCIONI OBRAZAC</w:t>
      </w:r>
    </w:p>
    <w:p w:rsidR="006C5A87" w:rsidRPr="002A45FA" w:rsidRDefault="00D158AF" w:rsidP="00AE6B78">
      <w:pPr>
        <w:spacing w:after="240" w:line="240" w:lineRule="auto"/>
        <w:jc w:val="center"/>
        <w:rPr>
          <w:rFonts w:cs="Arial"/>
          <w:b/>
          <w:color w:val="000000" w:themeColor="text1"/>
          <w:sz w:val="24"/>
          <w:szCs w:val="24"/>
          <w:lang w:val="sr-Latn-ME"/>
        </w:rPr>
      </w:pPr>
      <w:r w:rsidRPr="002A45FA">
        <w:rPr>
          <w:rFonts w:cs="Arial"/>
          <w:b/>
          <w:color w:val="000000" w:themeColor="text1"/>
          <w:sz w:val="24"/>
          <w:szCs w:val="24"/>
          <w:lang w:val="sr-Latn-ME"/>
        </w:rPr>
        <w:t>za dostavljanje informacija o tržišnim viškovima jagnjadi</w:t>
      </w:r>
    </w:p>
    <w:p w:rsidR="00B22746" w:rsidRPr="002A45FA" w:rsidRDefault="00B22746" w:rsidP="00AE6B78">
      <w:pPr>
        <w:spacing w:after="240" w:line="240" w:lineRule="auto"/>
        <w:jc w:val="center"/>
        <w:rPr>
          <w:rFonts w:cs="Arial"/>
          <w:color w:val="000000" w:themeColor="text1"/>
          <w:sz w:val="24"/>
          <w:szCs w:val="24"/>
          <w:lang w:val="sr-Latn-ME"/>
        </w:rPr>
      </w:pPr>
    </w:p>
    <w:p w:rsidR="006C5A87" w:rsidRPr="002A45FA" w:rsidRDefault="00D158AF" w:rsidP="00AE6B78">
      <w:pPr>
        <w:pStyle w:val="Heading1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 w:rsidRPr="002A45FA">
        <w:rPr>
          <w:rFonts w:ascii="Arial" w:hAnsi="Arial" w:cs="Arial"/>
          <w:color w:val="000000" w:themeColor="text1"/>
          <w:sz w:val="24"/>
          <w:szCs w:val="24"/>
          <w:lang w:val="sr-Latn-ME"/>
        </w:rPr>
        <w:t>1. Podaci o poljoprivrednom gazdinstvu</w:t>
      </w:r>
    </w:p>
    <w:tbl>
      <w:tblPr>
        <w:tblStyle w:val="GridTable6Colorfu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3"/>
        <w:gridCol w:w="5013"/>
      </w:tblGrid>
      <w:tr w:rsidR="00B22746" w:rsidRPr="002A45FA" w:rsidTr="00C64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tcBorders>
              <w:bottom w:val="none" w:sz="0" w:space="0" w:color="auto"/>
            </w:tcBorders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Ime i prezime</w:t>
            </w:r>
            <w:r w:rsidR="006A289A" w:rsidRPr="002A45FA">
              <w:rPr>
                <w:rFonts w:cs="Arial"/>
                <w:b w:val="0"/>
                <w:color w:val="auto"/>
                <w:sz w:val="24"/>
                <w:szCs w:val="24"/>
                <w:lang w:val="sr-Latn-ME"/>
              </w:rPr>
              <w:t xml:space="preserve"> </w:t>
            </w: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/</w:t>
            </w:r>
            <w:r w:rsidR="006A289A" w:rsidRPr="002A45FA">
              <w:rPr>
                <w:rFonts w:cs="Arial"/>
                <w:b w:val="0"/>
                <w:color w:val="auto"/>
                <w:sz w:val="24"/>
                <w:szCs w:val="24"/>
                <w:lang w:val="sr-Latn-ME"/>
              </w:rPr>
              <w:t xml:space="preserve"> </w:t>
            </w: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naziv gazdinstva</w:t>
            </w:r>
          </w:p>
        </w:tc>
        <w:tc>
          <w:tcPr>
            <w:tcW w:w="5013" w:type="dxa"/>
            <w:tcBorders>
              <w:bottom w:val="none" w:sz="0" w:space="0" w:color="auto"/>
            </w:tcBorders>
          </w:tcPr>
          <w:p w:rsidR="006C5A87" w:rsidRPr="002A45FA" w:rsidRDefault="00D158AF" w:rsidP="00AE6B7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b w:val="0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B22746" w:rsidRPr="002A45FA" w:rsidTr="00C6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JMBG / PIB</w:t>
            </w:r>
          </w:p>
        </w:tc>
        <w:tc>
          <w:tcPr>
            <w:tcW w:w="5013" w:type="dxa"/>
          </w:tcPr>
          <w:p w:rsidR="006C5A87" w:rsidRPr="002A45FA" w:rsidRDefault="00D158AF" w:rsidP="00AE6B7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B22746" w:rsidRPr="002A45FA" w:rsidTr="00C6426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Broj poljoprivrednog gazdinstva</w:t>
            </w:r>
          </w:p>
        </w:tc>
        <w:tc>
          <w:tcPr>
            <w:tcW w:w="5013" w:type="dxa"/>
          </w:tcPr>
          <w:p w:rsidR="006C5A87" w:rsidRPr="002A45FA" w:rsidRDefault="00D158AF" w:rsidP="00AE6B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B22746" w:rsidRPr="002A45FA" w:rsidTr="00C6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Adresa prebivališta </w:t>
            </w:r>
            <w:r w:rsidR="00B22746" w:rsidRPr="002A45FA">
              <w:rPr>
                <w:rFonts w:cs="Arial"/>
                <w:b w:val="0"/>
                <w:color w:val="auto"/>
                <w:sz w:val="24"/>
                <w:szCs w:val="24"/>
                <w:lang w:val="sr-Latn-ME"/>
              </w:rPr>
              <w:t xml:space="preserve">/ </w:t>
            </w: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sjedišta</w:t>
            </w:r>
          </w:p>
        </w:tc>
        <w:tc>
          <w:tcPr>
            <w:tcW w:w="5013" w:type="dxa"/>
          </w:tcPr>
          <w:p w:rsidR="006C5A87" w:rsidRPr="002A45FA" w:rsidRDefault="00D158AF" w:rsidP="00AE6B7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B22746" w:rsidRPr="002A45FA" w:rsidTr="00C6426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Opština</w:t>
            </w:r>
          </w:p>
        </w:tc>
        <w:tc>
          <w:tcPr>
            <w:tcW w:w="5013" w:type="dxa"/>
          </w:tcPr>
          <w:p w:rsidR="006C5A87" w:rsidRPr="002A45FA" w:rsidRDefault="00D158AF" w:rsidP="00AE6B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B22746" w:rsidRPr="002A45FA" w:rsidTr="00C6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Mjesto na kojem se jagnjad nalaze</w:t>
            </w:r>
          </w:p>
        </w:tc>
        <w:tc>
          <w:tcPr>
            <w:tcW w:w="5013" w:type="dxa"/>
          </w:tcPr>
          <w:p w:rsidR="006C5A87" w:rsidRPr="002A45FA" w:rsidRDefault="00D158AF" w:rsidP="00AE6B7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B22746" w:rsidRPr="002A45FA" w:rsidTr="00C6426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Kontakt telefon</w:t>
            </w:r>
          </w:p>
        </w:tc>
        <w:tc>
          <w:tcPr>
            <w:tcW w:w="5013" w:type="dxa"/>
          </w:tcPr>
          <w:p w:rsidR="006C5A87" w:rsidRPr="002A45FA" w:rsidRDefault="00D158AF" w:rsidP="00AE6B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FA1C7C" w:rsidRPr="002A45FA" w:rsidRDefault="00FA1C7C" w:rsidP="00AE6B78">
      <w:pPr>
        <w:pStyle w:val="Heading1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sr-Latn-ME"/>
        </w:rPr>
      </w:pPr>
    </w:p>
    <w:p w:rsidR="006C5A87" w:rsidRPr="002A45FA" w:rsidRDefault="00D158AF" w:rsidP="00AE6B78">
      <w:pPr>
        <w:pStyle w:val="Heading1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 w:rsidRPr="002A45FA">
        <w:rPr>
          <w:rFonts w:ascii="Arial" w:hAnsi="Arial" w:cs="Arial"/>
          <w:color w:val="000000" w:themeColor="text1"/>
          <w:sz w:val="24"/>
          <w:szCs w:val="24"/>
          <w:lang w:val="sr-Latn-ME"/>
        </w:rPr>
        <w:t>2. Podaci o stočnom fondu i tržišnim viškovima</w:t>
      </w:r>
    </w:p>
    <w:tbl>
      <w:tblPr>
        <w:tblStyle w:val="GridTable4"/>
        <w:tblW w:w="0" w:type="auto"/>
        <w:tblLayout w:type="fixed"/>
        <w:tblLook w:val="04A0" w:firstRow="1" w:lastRow="0" w:firstColumn="1" w:lastColumn="0" w:noHBand="0" w:noVBand="1"/>
      </w:tblPr>
      <w:tblGrid>
        <w:gridCol w:w="7925"/>
        <w:gridCol w:w="2021"/>
      </w:tblGrid>
      <w:tr w:rsidR="006A289A" w:rsidRPr="002A45FA" w:rsidTr="000029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5" w:type="dxa"/>
          </w:tcPr>
          <w:p w:rsidR="006A289A" w:rsidRPr="002A45FA" w:rsidRDefault="006A289A" w:rsidP="00AE6B78">
            <w:pPr>
              <w:spacing w:after="0" w:line="240" w:lineRule="auto"/>
              <w:jc w:val="center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Podatak</w:t>
            </w:r>
          </w:p>
        </w:tc>
        <w:tc>
          <w:tcPr>
            <w:tcW w:w="2021" w:type="dxa"/>
          </w:tcPr>
          <w:p w:rsidR="006A289A" w:rsidRPr="002A45FA" w:rsidRDefault="006A289A" w:rsidP="00AE6B7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auto"/>
                <w:sz w:val="24"/>
                <w:szCs w:val="24"/>
                <w:lang w:val="sr-Latn-ME"/>
              </w:rPr>
              <w:t>Broj grla</w:t>
            </w:r>
          </w:p>
        </w:tc>
      </w:tr>
      <w:tr w:rsidR="006A289A" w:rsidRPr="002A45FA" w:rsidTr="00DE1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5" w:type="dxa"/>
            <w:vAlign w:val="center"/>
          </w:tcPr>
          <w:p w:rsidR="006A289A" w:rsidRPr="002A45FA" w:rsidRDefault="006A289A" w:rsidP="00DE16DA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b w:val="0"/>
                <w:color w:val="000000" w:themeColor="text1"/>
                <w:sz w:val="24"/>
                <w:szCs w:val="24"/>
                <w:lang w:val="sr-Latn-ME"/>
              </w:rPr>
              <w:t>Broj ovaca prijavljenih za premije u 2026. godini</w:t>
            </w:r>
          </w:p>
        </w:tc>
        <w:tc>
          <w:tcPr>
            <w:tcW w:w="2021" w:type="dxa"/>
            <w:vAlign w:val="center"/>
          </w:tcPr>
          <w:p w:rsidR="006A289A" w:rsidRPr="002A45FA" w:rsidRDefault="006A289A" w:rsidP="00DE16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</w:p>
        </w:tc>
        <w:bookmarkStart w:id="0" w:name="_GoBack"/>
        <w:bookmarkEnd w:id="0"/>
      </w:tr>
      <w:tr w:rsidR="006A289A" w:rsidRPr="002A45FA" w:rsidTr="00DE16D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5" w:type="dxa"/>
            <w:vAlign w:val="center"/>
          </w:tcPr>
          <w:p w:rsidR="006A289A" w:rsidRPr="002A45FA" w:rsidRDefault="006A289A" w:rsidP="00DE16DA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b w:val="0"/>
                <w:color w:val="000000" w:themeColor="text1"/>
                <w:sz w:val="24"/>
                <w:szCs w:val="24"/>
                <w:lang w:val="sr-Latn-ME"/>
              </w:rPr>
              <w:t>Ukupan broj jagnjadi rođenih u 2026. godini na gazdinstvu</w:t>
            </w:r>
          </w:p>
        </w:tc>
        <w:tc>
          <w:tcPr>
            <w:tcW w:w="2021" w:type="dxa"/>
            <w:vAlign w:val="center"/>
          </w:tcPr>
          <w:p w:rsidR="006A289A" w:rsidRPr="002A45FA" w:rsidRDefault="006A289A" w:rsidP="00DE16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</w:p>
        </w:tc>
      </w:tr>
      <w:tr w:rsidR="006A289A" w:rsidRPr="002A45FA" w:rsidTr="00DE1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5" w:type="dxa"/>
            <w:vAlign w:val="center"/>
          </w:tcPr>
          <w:p w:rsidR="006A289A" w:rsidRPr="002A45FA" w:rsidRDefault="006A289A" w:rsidP="00DE16DA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b w:val="0"/>
                <w:color w:val="000000" w:themeColor="text1"/>
                <w:sz w:val="24"/>
                <w:szCs w:val="24"/>
                <w:lang w:val="sr-Latn-ME"/>
              </w:rPr>
              <w:t>Broj jagnjadi koji, prema procjeni proizvođača, predstavlja tržišni višak</w:t>
            </w:r>
          </w:p>
        </w:tc>
        <w:tc>
          <w:tcPr>
            <w:tcW w:w="2021" w:type="dxa"/>
            <w:vAlign w:val="center"/>
          </w:tcPr>
          <w:p w:rsidR="006A289A" w:rsidRPr="002A45FA" w:rsidRDefault="006A289A" w:rsidP="00DE16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</w:p>
        </w:tc>
      </w:tr>
    </w:tbl>
    <w:p w:rsidR="00FA1C7C" w:rsidRPr="002A45FA" w:rsidRDefault="00FA1C7C" w:rsidP="00AE6B78">
      <w:pPr>
        <w:pStyle w:val="Heading1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sr-Latn-ME"/>
        </w:rPr>
      </w:pPr>
    </w:p>
    <w:p w:rsidR="006C5A87" w:rsidRPr="002A45FA" w:rsidRDefault="00D158AF" w:rsidP="00AE6B78">
      <w:pPr>
        <w:pStyle w:val="Heading1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 w:rsidRPr="002A45FA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3. </w:t>
      </w:r>
      <w:r w:rsidR="00FA1C7C" w:rsidRPr="002A45FA">
        <w:rPr>
          <w:rFonts w:ascii="Arial" w:hAnsi="Arial" w:cs="Arial"/>
          <w:color w:val="000000" w:themeColor="text1"/>
          <w:sz w:val="24"/>
          <w:szCs w:val="24"/>
          <w:lang w:val="sr-Latn-ME"/>
        </w:rPr>
        <w:t>Izjava dostavioca informacija</w:t>
      </w:r>
    </w:p>
    <w:p w:rsidR="006A289A" w:rsidRPr="002A45FA" w:rsidRDefault="00B22746" w:rsidP="00AE6B78">
      <w:pPr>
        <w:spacing w:line="240" w:lineRule="auto"/>
        <w:jc w:val="both"/>
        <w:rPr>
          <w:rFonts w:cs="Arial"/>
          <w:color w:val="000000" w:themeColor="text1"/>
          <w:sz w:val="24"/>
          <w:szCs w:val="24"/>
          <w:lang w:val="sr-Latn-ME"/>
        </w:rPr>
      </w:pPr>
      <w:r w:rsidRPr="002A45FA">
        <w:rPr>
          <w:rFonts w:cs="Arial"/>
          <w:color w:val="000000" w:themeColor="text1"/>
          <w:sz w:val="24"/>
          <w:szCs w:val="24"/>
          <w:lang w:val="sr-Latn-ME"/>
        </w:rPr>
        <w:t>Pod punom materijalnom i krivičnom odgovornošću izjavljujem da su podaci navedeni u ovom obrascu tačni, da se evidentirana jagnjad nalaze u mom vlasništvu, odnosno na prijavljenom poljoprivrednom gazdinstvu, da su rođena u 2026. godini i da predstavljaju tržišni višak koji nijesam u mogućnosti da plasiram putem uobičajenih kanala prodaje. Saglasan/na sam da Ministarstvo poljoprivrede, šumarstva i vodoprivrede može provjeriti navedene podatke u raspoloživim službenim evidencijama i neposrednim uvidom na gazdinstvu, kao i da ih koristi radi evidentiranja tržišnih viškova i sagledavanja mogućih daljih aktivnosti.</w:t>
      </w:r>
    </w:p>
    <w:p w:rsidR="006A289A" w:rsidRPr="002A45FA" w:rsidRDefault="006A289A" w:rsidP="00AE6B78">
      <w:pPr>
        <w:spacing w:line="240" w:lineRule="auto"/>
        <w:jc w:val="both"/>
        <w:rPr>
          <w:rFonts w:cs="Arial"/>
          <w:color w:val="000000" w:themeColor="text1"/>
          <w:sz w:val="24"/>
          <w:szCs w:val="24"/>
          <w:lang w:val="sr-Latn-M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6A289A" w:rsidRPr="002A45FA">
        <w:trPr>
          <w:jc w:val="center"/>
        </w:trPr>
        <w:tc>
          <w:tcPr>
            <w:tcW w:w="48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b/>
                <w:color w:val="000000" w:themeColor="text1"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48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b/>
                <w:color w:val="000000" w:themeColor="text1"/>
                <w:sz w:val="24"/>
                <w:szCs w:val="24"/>
                <w:lang w:val="sr-Latn-ME"/>
              </w:rPr>
              <w:t>Potpis dostavioca informacija:</w:t>
            </w:r>
          </w:p>
        </w:tc>
      </w:tr>
      <w:tr w:rsidR="006A289A" w:rsidRPr="002A45FA">
        <w:trPr>
          <w:jc w:val="center"/>
        </w:trPr>
        <w:tc>
          <w:tcPr>
            <w:tcW w:w="48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  <w:t>____________________________</w:t>
            </w:r>
          </w:p>
        </w:tc>
        <w:tc>
          <w:tcPr>
            <w:tcW w:w="48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C5A87" w:rsidRPr="002A45FA" w:rsidRDefault="00D158AF" w:rsidP="00AE6B78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</w:pPr>
            <w:r w:rsidRPr="002A45FA">
              <w:rPr>
                <w:rFonts w:cs="Arial"/>
                <w:color w:val="000000" w:themeColor="text1"/>
                <w:sz w:val="24"/>
                <w:szCs w:val="24"/>
                <w:lang w:val="sr-Latn-ME"/>
              </w:rPr>
              <w:t>____________________________</w:t>
            </w:r>
          </w:p>
        </w:tc>
      </w:tr>
    </w:tbl>
    <w:p w:rsidR="00D158AF" w:rsidRPr="002A45FA" w:rsidRDefault="00D158AF" w:rsidP="00AE6B78">
      <w:pPr>
        <w:spacing w:line="240" w:lineRule="auto"/>
        <w:rPr>
          <w:rFonts w:cs="Arial"/>
          <w:color w:val="000000" w:themeColor="text1"/>
          <w:sz w:val="24"/>
          <w:szCs w:val="24"/>
          <w:lang w:val="sr-Latn-ME"/>
        </w:rPr>
      </w:pPr>
    </w:p>
    <w:sectPr w:rsidR="00D158AF" w:rsidRPr="002A45FA" w:rsidSect="00034616">
      <w:headerReference w:type="default" r:id="rId8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186" w:rsidRDefault="00A55186">
      <w:pPr>
        <w:spacing w:after="0" w:line="240" w:lineRule="auto"/>
      </w:pPr>
      <w:r>
        <w:separator/>
      </w:r>
    </w:p>
  </w:endnote>
  <w:endnote w:type="continuationSeparator" w:id="0">
    <w:p w:rsidR="00A55186" w:rsidRDefault="00A5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186" w:rsidRDefault="00A55186">
      <w:pPr>
        <w:spacing w:after="0" w:line="240" w:lineRule="auto"/>
      </w:pPr>
      <w:r>
        <w:separator/>
      </w:r>
    </w:p>
  </w:footnote>
  <w:footnote w:type="continuationSeparator" w:id="0">
    <w:p w:rsidR="00A55186" w:rsidRDefault="00A55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89A" w:rsidRPr="001A771F" w:rsidRDefault="006A289A" w:rsidP="006A289A">
    <w:pPr>
      <w:tabs>
        <w:tab w:val="left" w:pos="7575"/>
      </w:tabs>
      <w:spacing w:before="120" w:after="80" w:line="192" w:lineRule="auto"/>
      <w:ind w:left="1134"/>
      <w:rPr>
        <w:rFonts w:eastAsiaTheme="majorEastAsia" w:cs="Arial"/>
        <w:noProof/>
        <w:spacing w:val="-10"/>
        <w:kern w:val="28"/>
        <w:sz w:val="28"/>
        <w:szCs w:val="28"/>
      </w:rPr>
    </w:pPr>
    <w:r w:rsidRPr="001A771F">
      <w:rPr>
        <w:rFonts w:eastAsia="Times New Roman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52AB7AB8" wp14:editId="178FD444">
          <wp:simplePos x="0" y="0"/>
          <wp:positionH relativeFrom="margin">
            <wp:posOffset>4366260</wp:posOffset>
          </wp:positionH>
          <wp:positionV relativeFrom="page">
            <wp:posOffset>238125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eastAsia="Times New Roman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03CEEC01" wp14:editId="344097CA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FCA3D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eastAsia="Times New Roman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58240" behindDoc="0" locked="0" layoutInCell="1" allowOverlap="1" wp14:anchorId="2D0BE76B" wp14:editId="3CB9AED7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eastAsia="Times New Roman" w:cs="Arial"/>
        <w:noProof/>
        <w:spacing w:val="-10"/>
        <w:kern w:val="28"/>
        <w:sz w:val="28"/>
        <w:szCs w:val="28"/>
      </w:rPr>
      <w:t>Crna Gora</w:t>
    </w:r>
    <w:r w:rsidRPr="001A771F">
      <w:rPr>
        <w:rFonts w:eastAsia="Times New Roman" w:cs="Arial"/>
        <w:noProof/>
        <w:spacing w:val="-10"/>
        <w:kern w:val="28"/>
        <w:sz w:val="28"/>
        <w:szCs w:val="28"/>
      </w:rPr>
      <w:tab/>
    </w:r>
  </w:p>
  <w:p w:rsidR="006A289A" w:rsidRPr="001A771F" w:rsidRDefault="006A289A" w:rsidP="006A289A">
    <w:pPr>
      <w:spacing w:before="120" w:after="0" w:line="192" w:lineRule="auto"/>
      <w:ind w:left="1134"/>
      <w:rPr>
        <w:rFonts w:eastAsia="Times New Roman" w:cs="Arial"/>
        <w:noProof/>
        <w:spacing w:val="-10"/>
        <w:kern w:val="28"/>
        <w:sz w:val="28"/>
        <w:szCs w:val="28"/>
      </w:rPr>
    </w:pPr>
    <w:r w:rsidRPr="001A771F">
      <w:rPr>
        <w:rFonts w:eastAsia="Times New Roman" w:cs="Arial"/>
        <w:noProof/>
        <w:spacing w:val="-10"/>
        <w:kern w:val="28"/>
        <w:sz w:val="28"/>
        <w:szCs w:val="28"/>
      </w:rPr>
      <w:t>Ministarstvo poljoprivrede,</w:t>
    </w:r>
  </w:p>
  <w:p w:rsidR="006C5A87" w:rsidRPr="006A289A" w:rsidRDefault="006A289A" w:rsidP="006A289A">
    <w:pPr>
      <w:tabs>
        <w:tab w:val="left" w:pos="1125"/>
      </w:tabs>
      <w:rPr>
        <w:rFonts w:cs="Arial"/>
        <w:sz w:val="28"/>
        <w:szCs w:val="28"/>
      </w:rPr>
    </w:pPr>
    <w:r w:rsidRPr="001A771F">
      <w:rPr>
        <w:rFonts w:cs="Arial"/>
        <w:sz w:val="28"/>
        <w:szCs w:val="28"/>
      </w:rPr>
      <w:t xml:space="preserve">               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9A6"/>
    <w:rsid w:val="00034616"/>
    <w:rsid w:val="0006063C"/>
    <w:rsid w:val="0015074B"/>
    <w:rsid w:val="0029639D"/>
    <w:rsid w:val="002A45FA"/>
    <w:rsid w:val="00326F90"/>
    <w:rsid w:val="006A289A"/>
    <w:rsid w:val="006C5A87"/>
    <w:rsid w:val="00706FC9"/>
    <w:rsid w:val="00766761"/>
    <w:rsid w:val="00A55186"/>
    <w:rsid w:val="00A975A3"/>
    <w:rsid w:val="00AA1D8D"/>
    <w:rsid w:val="00AE6B78"/>
    <w:rsid w:val="00B22746"/>
    <w:rsid w:val="00B47730"/>
    <w:rsid w:val="00C6426F"/>
    <w:rsid w:val="00CB0664"/>
    <w:rsid w:val="00D158AF"/>
    <w:rsid w:val="00DA1058"/>
    <w:rsid w:val="00DE16DA"/>
    <w:rsid w:val="00F473E0"/>
    <w:rsid w:val="00FA1C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8F6FC75-37A2-4FD2-8F9B-C5E85470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">
    <w:name w:val="Grid Table 4"/>
    <w:basedOn w:val="TableNormal"/>
    <w:uiPriority w:val="49"/>
    <w:rsid w:val="00B227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B227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B227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5A3C76-E8E9-4A93-9EC2-216511E9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Poziv za dostavljanje informacija o tržišnim viškovima jagnjadi 2026</vt:lpstr>
    </vt:vector>
  </TitlesOfParts>
  <Manager/>
  <Company/>
  <LinksUpToDate>false</LinksUpToDate>
  <CharactersWithSpaces>1319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Poziv za dostavljanje informacija o tržišnim viškovima jagnjadi 2026</dc:title>
  <dc:subject>Poziv za prikupljanje informacija i evidencioni obrazac</dc:subject>
  <dc:creator>Ministarstvo poljoprivrede, šumarstva i vodoprivrede</dc:creator>
  <cp:keywords/>
  <dc:description>generated by python-docx</dc:description>
  <cp:lastModifiedBy>Mirsad Spahic</cp:lastModifiedBy>
  <cp:revision>11</cp:revision>
  <cp:lastPrinted>2026-08-25T10:05:00Z</cp:lastPrinted>
  <dcterms:created xsi:type="dcterms:W3CDTF">2013-12-23T23:15:00Z</dcterms:created>
  <dcterms:modified xsi:type="dcterms:W3CDTF">2026-08-25T11:00:00Z</dcterms:modified>
  <cp:category/>
</cp:coreProperties>
</file>